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Pawan Kumar Swami</w:t>
      </w:r>
    </w:p>
    <w:p>
      <w:r>
        <w:t>34 Ashok Nagar, Pratapgarh, Rajasthan</w:t>
      </w:r>
      <w:r>
        <w:br/>
        <w:t>Phone: 8107774664 | Email: ps5076829@gmail.com</w:t>
      </w:r>
    </w:p>
    <w:p>
      <w:pPr>
        <w:pStyle w:val="Heading2"/>
      </w:pPr>
      <w:r>
        <w:t>Career Objective</w:t>
      </w:r>
    </w:p>
    <w:p>
      <w:r>
        <w:t>Seeking a Sales Executive position in the building material and cement sector to apply my sales and marketing skills, achieve business targets, and contribute to organizational growth while continuously enhancing my professional capabilities.</w:t>
      </w:r>
    </w:p>
    <w:p>
      <w:pPr>
        <w:pStyle w:val="Heading2"/>
      </w:pPr>
      <w:r>
        <w:t>Professional Experience</w:t>
      </w:r>
    </w:p>
    <w:p>
      <w:pPr>
        <w:pStyle w:val="ListBullet"/>
      </w:pPr>
      <w:r>
        <w:t>Wonder Cement – Sales Executive (07 Jul 2022 – 03 May 2025)</w:t>
      </w:r>
    </w:p>
    <w:p>
      <w:pPr>
        <w:pStyle w:val="ListBullet2"/>
      </w:pPr>
      <w:r>
        <w:t>Managed site visits, customer visits, dealer visits, ARS visits, contractor visits, retailer visits, developed new ARS points, and handled customer complaints.</w:t>
      </w:r>
    </w:p>
    <w:p>
      <w:pPr>
        <w:pStyle w:val="ListBullet"/>
      </w:pPr>
      <w:r>
        <w:t>Asian Paints – DSR (03 May 2025 – Present)</w:t>
      </w:r>
    </w:p>
    <w:p>
      <w:pPr>
        <w:pStyle w:val="ListBullet2"/>
      </w:pPr>
      <w:r>
        <w:t>Responsible for dealer engagement, sales support, market coverage, relationship management, and achieving business targets.</w:t>
      </w:r>
    </w:p>
    <w:p>
      <w:pPr>
        <w:pStyle w:val="Heading2"/>
      </w:pPr>
      <w:r>
        <w:t>Key Skills</w:t>
      </w:r>
    </w:p>
    <w:p>
      <w:pPr>
        <w:pStyle w:val="ListBullet"/>
      </w:pPr>
      <w:r>
        <w:t>Sales &amp; Marketing</w:t>
      </w:r>
    </w:p>
    <w:p>
      <w:pPr>
        <w:pStyle w:val="ListBullet"/>
      </w:pPr>
      <w:r>
        <w:t>Dealer and Retailer Management</w:t>
      </w:r>
    </w:p>
    <w:p>
      <w:pPr>
        <w:pStyle w:val="ListBullet"/>
      </w:pPr>
      <w:r>
        <w:t>Customer Relationship Management</w:t>
      </w:r>
    </w:p>
    <w:p>
      <w:pPr>
        <w:pStyle w:val="ListBullet"/>
      </w:pPr>
      <w:r>
        <w:t>Complaint Handling</w:t>
      </w:r>
    </w:p>
    <w:p>
      <w:pPr>
        <w:pStyle w:val="ListBullet"/>
      </w:pPr>
      <w:r>
        <w:t>Market Development</w:t>
      </w:r>
    </w:p>
    <w:p>
      <w:pPr>
        <w:pStyle w:val="ListBullet"/>
      </w:pPr>
      <w:r>
        <w:t>MS Office (Word, Excel, PowerPoint)</w:t>
      </w:r>
    </w:p>
    <w:p>
      <w:pPr>
        <w:pStyle w:val="ListBullet"/>
      </w:pPr>
      <w:r>
        <w:t>Basic Computer Skills</w:t>
      </w:r>
    </w:p>
    <w:p>
      <w:r>
        <w:br w:type="page"/>
      </w:r>
    </w:p>
    <w:p>
      <w:pPr>
        <w:pStyle w:val="Heading2"/>
      </w:pPr>
      <w:r>
        <w:t>Education</w:t>
      </w:r>
    </w:p>
    <w:p>
      <w:pPr>
        <w:pStyle w:val="ListBullet"/>
      </w:pPr>
      <w:r>
        <w:t>10th, J.M.S. Secondary School, Keetpura | 2017 | 69%</w:t>
      </w:r>
    </w:p>
    <w:p>
      <w:pPr>
        <w:pStyle w:val="ListBullet"/>
      </w:pPr>
      <w:r>
        <w:t>12th, J.M.S. Secondary School, Keetpura | 2019 | 53%</w:t>
      </w:r>
    </w:p>
    <w:p>
      <w:pPr>
        <w:pStyle w:val="ListBullet"/>
      </w:pPr>
      <w:r>
        <w:t>Bachelor of Arts, Shekhawati University</w:t>
      </w:r>
    </w:p>
    <w:p>
      <w:pPr>
        <w:pStyle w:val="Heading2"/>
      </w:pPr>
      <w:r>
        <w:t>Languages</w:t>
      </w:r>
    </w:p>
    <w:p>
      <w:pPr>
        <w:pStyle w:val="ListBullet"/>
      </w:pPr>
      <w:r>
        <w:t>Hindi</w:t>
      </w:r>
    </w:p>
    <w:p>
      <w:pPr>
        <w:pStyle w:val="ListBullet"/>
      </w:pPr>
      <w:r>
        <w:t>English</w:t>
      </w:r>
    </w:p>
    <w:p>
      <w:pPr>
        <w:pStyle w:val="Heading2"/>
      </w:pPr>
      <w:r>
        <w:t>Personal Details</w:t>
      </w:r>
    </w:p>
    <w:p>
      <w:pPr>
        <w:pStyle w:val="ListBullet"/>
      </w:pPr>
      <w:r>
        <w:t>Date of Birth: 19/04/2003</w:t>
      </w:r>
    </w:p>
    <w:p>
      <w:pPr>
        <w:pStyle w:val="ListBullet"/>
      </w:pPr>
      <w:r>
        <w:t>Marital Status: Single</w:t>
      </w:r>
    </w:p>
    <w:p>
      <w:pPr>
        <w:pStyle w:val="ListBullet"/>
      </w:pPr>
      <w:r>
        <w:t>Nationality: Indian</w:t>
      </w:r>
    </w:p>
    <w:p>
      <w:pPr>
        <w:pStyle w:val="Heading2"/>
      </w:pPr>
      <w:r>
        <w:t>Declaration</w:t>
      </w:r>
    </w:p>
    <w:p>
      <w:r>
        <w:t>I hereby declare that all the information provided above is true and correct to the best of my knowledge and belief.</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